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88720" cy="39730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3973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Welcome to Holistic Behavioral Health</w:t>
      </w:r>
    </w:p>
    <w:p>
      <w:pPr>
        <w:jc w:val="center"/>
      </w:pPr>
      <w:r>
        <w:rPr>
          <w:b/>
        </w:rPr>
        <w:t>Medical Concierge Specialist (MCS) Onboarding Letter</w:t>
      </w:r>
    </w:p>
    <w:p>
      <w:r>
        <w:t>Dear Medical Concierge Specialist,</w:t>
        <w:br/>
        <w:br/>
        <w:t>Welcome to Holistic Behavioral Health (HBH)! We are excited to have you join our team. As a Medical Concierge Specialist, you play an important role in delivering exceptional patient experiences while supporting our providers and clinic operations.</w:t>
      </w:r>
    </w:p>
    <w:p>
      <w:pPr>
        <w:pStyle w:val="Heading2"/>
      </w:pPr>
      <w:r>
        <w:t>What to Expect</w:t>
      </w:r>
    </w:p>
    <w:p>
      <w:r>
        <w:t>Your responsibilities will include scheduling appointments, assisting patients, supporting providers, coordinating telehealth visits, managing administrative workflows, and maintaining professional communication across all platforms.</w:t>
      </w:r>
    </w:p>
    <w:p>
      <w:pPr>
        <w:pStyle w:val="Heading2"/>
      </w:pPr>
      <w:r>
        <w:t>Your Training Plan</w:t>
      </w:r>
    </w:p>
    <w:p>
      <w:pPr>
        <w:pStyle w:val="ListBullet"/>
      </w:pPr>
      <w:r>
        <w:t>Managing patient scheduling and rescheduling</w:t>
      </w:r>
    </w:p>
    <w:p>
      <w:pPr>
        <w:pStyle w:val="ListBullet"/>
      </w:pPr>
      <w:r>
        <w:t>Addressing patient questions professionally and promptly</w:t>
      </w:r>
    </w:p>
    <w:p>
      <w:pPr>
        <w:pStyle w:val="ListBullet"/>
      </w:pPr>
      <w:r>
        <w:t>Communicating effectively across clinic platforms</w:t>
      </w:r>
    </w:p>
    <w:p>
      <w:pPr>
        <w:pStyle w:val="ListBullet"/>
      </w:pPr>
      <w:r>
        <w:t>Supporting providers with administrative tasks</w:t>
      </w:r>
    </w:p>
    <w:p>
      <w:pPr>
        <w:pStyle w:val="ListBullet"/>
      </w:pPr>
      <w:r>
        <w:t>Assisting with telehealth appointments and follow-up coordination</w:t>
      </w:r>
    </w:p>
    <w:p>
      <w:pPr>
        <w:pStyle w:val="Heading2"/>
      </w:pPr>
      <w:r>
        <w:t>Pre-Training Requirements</w:t>
      </w:r>
    </w:p>
    <w:p>
      <w:r>
        <w:t>Please complete the following before your first day:</w:t>
      </w:r>
    </w:p>
    <w:p>
      <w:pPr>
        <w:pStyle w:val="ListNumber"/>
      </w:pPr>
      <w:r>
        <w:t>HIPAA Privacy Training</w:t>
      </w:r>
    </w:p>
    <w:p>
      <w:pPr>
        <w:pStyle w:val="ListNumber"/>
      </w:pPr>
      <w:r>
        <w:t>Medical Concierge Specialist Onboarding Course</w:t>
      </w:r>
    </w:p>
    <w:p>
      <w:pPr>
        <w:pStyle w:val="ListNumber"/>
      </w:pPr>
      <w:r>
        <w:t>Harassment Prevention Training</w:t>
      </w:r>
    </w:p>
    <w:p>
      <w:r>
        <w:t>Complete all required courses through the HBH training portal (currently hosted on the AB learning platform) and retain copies of your completion certificates for your personnel file.</w:t>
      </w:r>
    </w:p>
    <w:p>
      <w:pPr>
        <w:pStyle w:val="Heading2"/>
      </w:pPr>
      <w:r>
        <w:t>Key Platforms</w:t>
      </w:r>
    </w:p>
    <w:p>
      <w:pPr>
        <w:pStyle w:val="ListBullet"/>
      </w:pPr>
      <w:r>
        <w:t>HBH Training Portal: https://courses.abholistic.com</w:t>
      </w:r>
    </w:p>
    <w:p>
      <w:pPr>
        <w:pStyle w:val="ListBullet"/>
      </w:pPr>
      <w:r>
        <w:t>SimplePractice: https://secure.simplepractice.com/</w:t>
      </w:r>
    </w:p>
    <w:p>
      <w:pPr>
        <w:pStyle w:val="ListBullet"/>
      </w:pPr>
      <w:r>
        <w:t>Headway: https://sigmund.headway.co/home</w:t>
      </w:r>
    </w:p>
    <w:p>
      <w:pPr>
        <w:pStyle w:val="ListBullet"/>
      </w:pPr>
      <w:r>
        <w:t>Alma: https://secure.helloalma.com/</w:t>
      </w:r>
    </w:p>
    <w:p>
      <w:pPr>
        <w:pStyle w:val="ListBullet"/>
      </w:pPr>
      <w:r>
        <w:t>OptiMantra: https://www.optimantra.com/</w:t>
      </w:r>
    </w:p>
    <w:p>
      <w:pPr>
        <w:pStyle w:val="ListBullet"/>
      </w:pPr>
      <w:r>
        <w:t>Connecteam: https://app.connecteam.com/</w:t>
      </w:r>
    </w:p>
    <w:p>
      <w:pPr>
        <w:pStyle w:val="ListBullet"/>
      </w:pPr>
      <w:r>
        <w:t>Zoho Mail: https://mail.zoho.com/</w:t>
      </w:r>
    </w:p>
    <w:p>
      <w:pPr>
        <w:pStyle w:val="ListBullet"/>
      </w:pPr>
      <w:r>
        <w:t>Zocdoc: https://www.zocdoc.com/</w:t>
      </w:r>
    </w:p>
    <w:p>
      <w:pPr>
        <w:pStyle w:val="ListBullet"/>
      </w:pPr>
      <w:r>
        <w:t>RingCentral: https://www.ringcentral.com/</w:t>
      </w:r>
    </w:p>
    <w:p>
      <w:pPr>
        <w:pStyle w:val="ListBullet"/>
      </w:pPr>
      <w:r>
        <w:t>OpenPhone: https://www.openphone.com/</w:t>
      </w:r>
    </w:p>
    <w:p>
      <w:pPr>
        <w:pStyle w:val="Heading2"/>
      </w:pPr>
      <w:r>
        <w:t>Questions?</w:t>
      </w:r>
    </w:p>
    <w:p>
      <w:r>
        <w:t>If you have any questions during your onboarding process, please contact your supervisor or the Holistic Behavioral Health administrative team.</w:t>
      </w:r>
    </w:p>
    <w:p>
      <w:r>
        <w:br/>
        <w:t>We are excited to welcome you to the HBH team and look forward to supporting your success.</w:t>
      </w:r>
    </w:p>
    <w:p>
      <w:r>
        <w:br/>
        <w:t>Sincerely,</w:t>
        <w:br/>
        <w:br/>
        <w:t>Holistic Behavioral Health Leadership Team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